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Arial" w:hAnsi="Arial"/>
          <w:b/>
          <w:sz w:val="20"/>
        </w:rPr>
        <w:t>HAGRO STAVBY s. r. o.</w:t>
      </w:r>
    </w:p>
    <w:p>
      <w:pPr>
        <w:spacing w:after="0"/>
      </w:pPr>
      <w:r>
        <w:rPr>
          <w:rFonts w:ascii="Arial" w:hAnsi="Arial"/>
          <w:b w:val="0"/>
          <w:sz w:val="18"/>
        </w:rPr>
        <w:t>Párnica 361, 026 01 Párnica, Slovenská republika</w:t>
      </w:r>
    </w:p>
    <w:p>
      <w:pPr>
        <w:spacing w:after="0"/>
      </w:pPr>
      <w:r>
        <w:rPr>
          <w:rFonts w:ascii="Arial" w:hAnsi="Arial"/>
          <w:b w:val="0"/>
          <w:sz w:val="18"/>
        </w:rPr>
        <w:t>IČO: 56214502</w:t>
      </w:r>
    </w:p>
    <w:p>
      <w:pPr>
        <w:spacing w:after="0"/>
      </w:pPr>
      <w:r>
        <w:rPr>
          <w:rFonts w:ascii="Arial" w:hAnsi="Arial"/>
          <w:b w:val="0"/>
          <w:sz w:val="18"/>
        </w:rPr>
        <w:t>DIČ: 2122239042</w:t>
      </w:r>
    </w:p>
    <w:p>
      <w:pPr>
        <w:spacing w:after="0"/>
      </w:pPr>
      <w:r>
        <w:rPr>
          <w:rFonts w:ascii="Arial" w:hAnsi="Arial"/>
          <w:b w:val="0"/>
          <w:sz w:val="18"/>
        </w:rPr>
        <w:t>IČ DPH: SK2122239042</w:t>
      </w:r>
    </w:p>
    <w:p>
      <w:pPr>
        <w:spacing w:after="0"/>
      </w:pPr>
      <w:r>
        <w:rPr>
          <w:rFonts w:ascii="Arial" w:hAnsi="Arial"/>
          <w:b w:val="0"/>
          <w:sz w:val="18"/>
        </w:rPr>
        <w:t>Email: halamcek@svetlesenia.sk</w:t>
      </w:r>
    </w:p>
    <w:p>
      <w:pPr>
        <w:spacing w:after="100"/>
      </w:pPr>
      <w:r>
        <w:rPr>
          <w:rFonts w:ascii="Arial" w:hAnsi="Arial"/>
          <w:b w:val="0"/>
          <w:sz w:val="18"/>
        </w:rPr>
        <w:t>Tel. č.: +421 904 687 065</w:t>
      </w:r>
    </w:p>
    <w:p>
      <w:pPr>
        <w:spacing w:after="100"/>
        <w:jc w:val="center"/>
      </w:pPr>
      <w:r>
        <w:rPr>
          <w:rFonts w:ascii="Arial" w:hAnsi="Arial"/>
          <w:b/>
          <w:sz w:val="24"/>
        </w:rPr>
        <w:t>FORMULÁŘ PRO VRÁCENÍ ZBOŽÍ / ODSTOUPENÍ OD KUPNÍ SMLOUVY</w:t>
      </w:r>
    </w:p>
    <w:p>
      <w:pPr>
        <w:spacing w:after="20"/>
      </w:pPr>
      <w:r>
        <w:rPr>
          <w:rFonts w:ascii="Arial" w:hAnsi="Arial"/>
          <w:b/>
          <w:sz w:val="18"/>
        </w:rPr>
        <w:t>Údaje o zákazníkovi:</w:t>
      </w:r>
    </w:p>
    <w:p>
      <w:pPr>
        <w:spacing w:after="0"/>
      </w:pPr>
      <w:r>
        <w:rPr>
          <w:rFonts w:ascii="Arial" w:hAnsi="Arial"/>
          <w:b w:val="0"/>
          <w:sz w:val="18"/>
        </w:rPr>
        <w:t>Jméno a příjmení / obchodní firma: ______________________________________________</w:t>
      </w:r>
    </w:p>
    <w:p>
      <w:pPr>
        <w:spacing w:after="0"/>
      </w:pPr>
      <w:r>
        <w:rPr>
          <w:rFonts w:ascii="Arial" w:hAnsi="Arial"/>
          <w:b w:val="0"/>
          <w:sz w:val="18"/>
        </w:rPr>
        <w:t>Adresa / sídlo: _________________________________________________________________</w:t>
      </w:r>
    </w:p>
    <w:p>
      <w:pPr>
        <w:spacing w:after="0"/>
      </w:pPr>
      <w:r>
        <w:rPr>
          <w:rFonts w:ascii="Arial" w:hAnsi="Arial"/>
          <w:b w:val="0"/>
          <w:sz w:val="18"/>
        </w:rPr>
        <w:t>IČO (je-li přiděleno): __________________________   DIČ: ___________________________</w:t>
      </w:r>
    </w:p>
    <w:p>
      <w:pPr>
        <w:spacing w:after="80"/>
      </w:pPr>
      <w:r>
        <w:rPr>
          <w:rFonts w:ascii="Arial" w:hAnsi="Arial"/>
          <w:b w:val="0"/>
          <w:sz w:val="18"/>
        </w:rPr>
        <w:t>Telefon: ______________________________   Email: _________________________________</w:t>
      </w:r>
    </w:p>
    <w:p>
      <w:pPr>
        <w:spacing w:after="20"/>
      </w:pPr>
      <w:r>
        <w:rPr>
          <w:rFonts w:ascii="Arial" w:hAnsi="Arial"/>
          <w:b/>
          <w:sz w:val="18"/>
        </w:rPr>
        <w:t>Údaje o zboží:</w:t>
      </w:r>
    </w:p>
    <w:p>
      <w:pPr>
        <w:spacing w:after="0"/>
      </w:pPr>
      <w:r>
        <w:rPr>
          <w:rFonts w:ascii="Arial" w:hAnsi="Arial"/>
          <w:b w:val="0"/>
          <w:sz w:val="18"/>
        </w:rPr>
        <w:t>Název zboží: _________________________________________________________________</w:t>
      </w:r>
    </w:p>
    <w:p>
      <w:pPr>
        <w:spacing w:after="0"/>
      </w:pPr>
      <w:r>
        <w:rPr>
          <w:rFonts w:ascii="Arial" w:hAnsi="Arial"/>
          <w:b w:val="0"/>
          <w:sz w:val="18"/>
        </w:rPr>
        <w:t>Datum nákupu / uzavření smlouvy: ______________________________________________</w:t>
      </w:r>
    </w:p>
    <w:p>
      <w:pPr>
        <w:spacing w:after="0"/>
      </w:pPr>
      <w:r>
        <w:rPr>
          <w:rFonts w:ascii="Arial" w:hAnsi="Arial"/>
          <w:b w:val="0"/>
          <w:sz w:val="18"/>
        </w:rPr>
        <w:t>Datum převzetí zboží: _________________________________________________________</w:t>
      </w:r>
    </w:p>
    <w:p>
      <w:pPr>
        <w:spacing w:after="80"/>
      </w:pPr>
      <w:r>
        <w:rPr>
          <w:rFonts w:ascii="Arial" w:hAnsi="Arial"/>
          <w:b w:val="0"/>
          <w:sz w:val="18"/>
        </w:rPr>
        <w:t>Číslo objednávky / faktury: ____________________________________________________</w:t>
      </w:r>
    </w:p>
    <w:p>
      <w:pPr>
        <w:spacing w:after="20"/>
      </w:pPr>
      <w:r>
        <w:rPr>
          <w:rFonts w:ascii="Arial" w:hAnsi="Arial"/>
          <w:b/>
          <w:sz w:val="18"/>
        </w:rPr>
        <w:t>Typ zákazníka – označte jednu možnost:</w:t>
      </w:r>
    </w:p>
    <w:p>
      <w:pPr>
        <w:spacing w:after="20"/>
      </w:pPr>
      <w:r>
        <w:rPr>
          <w:rFonts w:ascii="Arial" w:hAnsi="Arial"/>
          <w:b w:val="0"/>
          <w:sz w:val="18"/>
        </w:rPr>
        <w:t>☐ A) SPOTŘEBITEL – fyzická osoba, která při uzavření smlouvy nejedná v rámci své podnikatelské činnosti</w:t>
      </w:r>
    </w:p>
    <w:p>
      <w:pPr>
        <w:spacing w:after="100"/>
      </w:pPr>
      <w:r>
        <w:rPr>
          <w:rFonts w:ascii="Arial" w:hAnsi="Arial"/>
          <w:b w:val="0"/>
          <w:sz w:val="18"/>
        </w:rPr>
        <w:t>☐ B) PODNIKATEL / B2B – osoba, která zboží nakoupila v souvislosti se svou podnikatelskou činností</w:t>
      </w:r>
    </w:p>
    <w:p>
      <w:pPr>
        <w:spacing w:after="40"/>
      </w:pPr>
      <w:r>
        <w:rPr>
          <w:rFonts w:ascii="Arial" w:hAnsi="Arial"/>
          <w:b/>
          <w:sz w:val="20"/>
        </w:rPr>
        <w:t>A) ODSTOUPENÍ SPOTŘEBITELE OD SMLOUVY</w:t>
      </w:r>
    </w:p>
    <w:p>
      <w:pPr>
        <w:spacing w:after="40"/>
      </w:pPr>
      <w:r>
        <w:rPr>
          <w:rFonts w:ascii="Arial" w:hAnsi="Arial"/>
          <w:b w:val="0"/>
          <w:sz w:val="18"/>
        </w:rPr>
        <w:t>Tímto oznamuji, že odstupuji od výše uvedené kupní smlouvy. Toto oznámení je určeno spotřebiteli, kterému vzniklo právo na odstoupení od smlouvy uzavřené distančním způsobem nebo mimo obchodní prostory podle příslušných ustanovení zákona č. 89/2012 Sb., občanského zákoníku.</w:t>
      </w:r>
    </w:p>
    <w:p>
      <w:pPr>
        <w:spacing w:after="100"/>
      </w:pPr>
      <w:r>
        <w:rPr>
          <w:rFonts w:ascii="Arial" w:hAnsi="Arial"/>
          <w:b w:val="0"/>
          <w:sz w:val="18"/>
        </w:rPr>
        <w:t>Spotřebitel zpravidla může odstoupit bez uvedení důvodu ve lhůtě 14 dnů od převzetí zboží; zákon stanoví také výjimky a v některých zvláštních případech odlišnou lhůtu.</w:t>
      </w:r>
    </w:p>
    <w:p>
      <w:pPr>
        <w:spacing w:after="40"/>
      </w:pPr>
      <w:r>
        <w:rPr>
          <w:rFonts w:ascii="Arial" w:hAnsi="Arial"/>
          <w:b/>
          <w:sz w:val="20"/>
        </w:rPr>
        <w:t>B) ŽÁDOST PODNIKATELE (B2B) O VRÁCENÍ ZBOŽÍ / UKONČENÍ SMLOUVY DOHODOU</w:t>
      </w:r>
    </w:p>
    <w:p>
      <w:pPr>
        <w:spacing w:after="100"/>
      </w:pPr>
      <w:r>
        <w:rPr>
          <w:rFonts w:ascii="Arial" w:hAnsi="Arial"/>
          <w:b w:val="0"/>
          <w:sz w:val="18"/>
        </w:rPr>
        <w:t>Jako podnikatel žádám prodávajícího o přijetí zboží zpět a ukončení kupní smlouvy dohodou. Beru na vědomí, že tato žádost sama o sobě nezakládá zákonné spotřebitelské právo na odstoupení ve 14denní lhůtě. Vrácení zboží je možné pouze po schválení prodávajícím a za podmínek dohodnutých s prodávajícím nebo stanovených v příslušných obchodních podmínkách.</w:t>
      </w:r>
    </w:p>
    <w:p>
      <w:pPr>
        <w:spacing w:after="20"/>
      </w:pPr>
      <w:r>
        <w:rPr>
          <w:rFonts w:ascii="Arial" w:hAnsi="Arial"/>
          <w:b/>
          <w:sz w:val="18"/>
        </w:rPr>
        <w:t>Důvod vrácení (u spotřebitele nepovinné):</w:t>
      </w:r>
    </w:p>
    <w:p>
      <w:pPr>
        <w:spacing w:after="0"/>
      </w:pPr>
      <w:r>
        <w:rPr>
          <w:rFonts w:ascii="Arial" w:hAnsi="Arial"/>
          <w:b w:val="0"/>
          <w:sz w:val="18"/>
        </w:rPr>
        <w:t>________________________________________________________________________________</w:t>
      </w:r>
    </w:p>
    <w:p>
      <w:pPr>
        <w:spacing w:after="80"/>
      </w:pPr>
      <w:r>
        <w:rPr>
          <w:rFonts w:ascii="Arial" w:hAnsi="Arial"/>
          <w:b w:val="0"/>
          <w:sz w:val="18"/>
        </w:rPr>
        <w:t>________________________________________________________________________________</w:t>
      </w:r>
    </w:p>
    <w:p>
      <w:pPr>
        <w:spacing w:after="20"/>
      </w:pPr>
      <w:r>
        <w:rPr>
          <w:rFonts w:ascii="Arial" w:hAnsi="Arial"/>
          <w:b/>
          <w:sz w:val="18"/>
        </w:rPr>
        <w:t>Údaje pro vrácení peněžních prostředků (pokud je relevantní):</w:t>
      </w:r>
    </w:p>
    <w:p>
      <w:pPr>
        <w:spacing w:after="0"/>
      </w:pPr>
      <w:r>
        <w:rPr>
          <w:rFonts w:ascii="Arial" w:hAnsi="Arial"/>
          <w:b w:val="0"/>
          <w:sz w:val="18"/>
        </w:rPr>
        <w:t>IBAN: _________________________________________________________________________</w:t>
      </w:r>
    </w:p>
    <w:p>
      <w:pPr>
        <w:spacing w:after="80"/>
      </w:pPr>
      <w:r>
        <w:rPr>
          <w:rFonts w:ascii="Arial" w:hAnsi="Arial"/>
          <w:b w:val="0"/>
          <w:sz w:val="18"/>
        </w:rPr>
        <w:t>BIC/SWIFT: ____________________________________________________________________</w:t>
      </w:r>
    </w:p>
    <w:p>
      <w:pPr>
        <w:spacing w:after="20"/>
      </w:pPr>
      <w:r>
        <w:rPr>
          <w:rFonts w:ascii="Arial" w:hAnsi="Arial"/>
          <w:b/>
          <w:sz w:val="18"/>
        </w:rPr>
        <w:t>Pokyny k odeslání:</w:t>
      </w:r>
    </w:p>
    <w:p>
      <w:pPr>
        <w:spacing w:after="40"/>
      </w:pPr>
      <w:r>
        <w:rPr>
          <w:rFonts w:ascii="Arial" w:hAnsi="Arial"/>
          <w:b w:val="0"/>
          <w:sz w:val="18"/>
        </w:rPr>
        <w:t>Spotřebitel zašle zboží zpět v souladu se zákonnými pravidly a pokyny prodávajícího. Podnikatel (B2B) nezasílá zboží zpět před potvrzením žádosti prodávajícím, pokud nebylo dohodnuto jinak. K zásilce doporučujeme přiložit tento formulář a kopii dokladu o koupi.</w:t>
      </w:r>
    </w:p>
    <w:p>
      <w:pPr>
        <w:spacing w:after="100"/>
      </w:pPr>
      <w:r>
        <w:rPr>
          <w:rFonts w:ascii="Arial" w:hAnsi="Arial"/>
          <w:b w:val="0"/>
          <w:sz w:val="18"/>
        </w:rPr>
        <w:t>Adresa pro zaslání: Damián Halamček, HAGRO STAVBY s. r. o., Párnica 361, 026 01 Párnica, Slovenská republika</w:t>
      </w:r>
    </w:p>
    <w:p>
      <w:pPr>
        <w:spacing w:after="0"/>
      </w:pPr>
      <w:r>
        <w:rPr>
          <w:rFonts w:ascii="Arial" w:hAnsi="Arial"/>
          <w:b w:val="0"/>
          <w:sz w:val="18"/>
        </w:rPr>
        <w:t>Podpis zákazníka: ____________________________________    Datum: ________________</w:t>
      </w:r>
    </w:p>
    <w:sectPr w:rsidR="00FC693F" w:rsidRPr="0006063C" w:rsidSect="00034616">
      <w:pgSz w:w="12240" w:h="15840"/>
      <w:pgMar w:top="700" w:right="1000" w:bottom="700" w:left="10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